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המספר הגיבור ואת שני מישורי הזמן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רמזים מטרימים, ניגודים, דימויים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האמצעים הספרותיים בונים את ההפתעה והרגש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האמצעים הספרותיים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הנער שהתבגר ומביט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הוא רואה הכל רק מנקודת המבט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הגילוי המפתיע שמשנה את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עושר מול 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שיער וצמה בצבע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הוא גיבור הסיפור ורואה הכל מנקודת מבטו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זמן שבו קרו הדברים וזמן שבו המבוגר מספר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הכינוי מבטא הערצה גדולה כלפי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מתאר המספר את הזיכרון מהצחוק המשותף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לחבר אין שם, הוא נקרא רק 'החבר' לאורך כל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(כינוי שמבטא הערצה כלפי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(סמל שמחבר בין החבר לאמו)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 בין עולם הנער לעולם המשרתת)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(דימוי לצחוק טהור בזיכרון)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(מפנה ופואנטה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מתאר את ההערצה שלו לחבר ומכנה אותו 'רב-מלאך'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מופיעים רמזים מטרימים כמו הצמה הזהובה והבית שאיש לא 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מתרחש המפנה - מתגלה שהמשרתת היא אמו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מסתיים בסיום פתוח, בלי לדעת מה עלה בגורל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הבעה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הדימוי מראה שמאחורי היופי וההערצה מסתתרים כאב וקושי, מה שמוסיף עצב והבנה עמוקה יותר לדמות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המספר הוא דמות בסיפור שרואה הכל מנקודת מבטו, לכן התמונה חלקית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הצמה הזהובה (רמז), גילוי שהמשרתת היא האם (מפנה)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הזהב בשיער - מרמז על הקשר המשפחתי הסמוי בין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קטעים נבחרים מהסיפור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קריאה שנייה בכיתה ולבקש מהתלמידים לאתר רמזים מטרימים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מותאמת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יש דברים מיוחדים בכתיבה שעוזרים להבין את הסיפור יותר טוב. נלמד עליהם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גיבור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הוא גם דמות בסיפור, ורואה הכל מנקודת המבט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ההתרחשות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קרו הדברים בעבר, כשהמספר היה נער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הסיפר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המספר הבוגר מספר ומביט לאחור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שמכין את הקורא לדבר שיקרה בהמשך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מתגלה משהו שמשנה את הבנת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ההפתעה או הגילוי בסוף שמאיר הכל באור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שני דברים הפוכים זה לזה, כמו עושר מול עוני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דימוי כמו 'כמו'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האמצעים הספרותיים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לנו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הנער שהתבגר ומביט לאחור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המשרתת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אנחנו לא רואים את כל הצדדים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כותב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רואה הכל רק מנקודת המבט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משקר במכוון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מספר כל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פואנטה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טבע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הגילוי המפתיע שמשנה את הבנת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חרוז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הניגוד שרואים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מול 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 מול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מול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 מול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דבר מחבר בין שתי הדמויות?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צמה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שיער וצמה בצבע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טבעת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בסיפור הוא דמות חיצונית שרואה הכל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יש שני מישורי זמן - זמן ההתרחשות וזמן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'רב־מלאך' מבטא בוז כלפי החבר.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הדימוי 'כמו מים שנשארו צלולים' מתאר צחוק טהור בזיכרון.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יש שם פרטי שמוזכר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רב־מלאך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שמחבר בין החבר לאמו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שיער וצמה בזהב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מפנה ופואנטה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עושר מול 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דימוי לצחוק טהור בזיכרון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כמו מים שנשארו צלולים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 בין עולם הנער לעולם המשרתת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גילוי שהמשרתת היא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כינוי שמבטא הערצה כלפי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בסיפור הוא גם __________ בעלילה, ולכן התמונה שהוא מציג סובייקטיבית.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זמן ה__________ הוא הזמן שבו המספר הבוגר מביט לאחור ומתחרט.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הגילוי שהמשרתת היא אמו של החבר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הכינוי '__________' מבטא את ההערצה העצומה של הנער כלפי החבר.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בסיפור אין לחבר __________, הוא מכונה רק 'החבר'.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ההתרחשות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מסתיים בסיום פתוח, בלי לדעת מה עלה בגורל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מתרחש המפנה - מתגלה שהמשרתת היא אמו של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מתאר את ההערצה שלו לחבר ומכנה אותו 'רב-מלאך'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מופיעים רמזים מטרימים כמו הצמה הזהובה והבית שאיש לא 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הבעה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הדימוי 'חיוך של ילד מוכה' מוסיף רגש לתיאור החבר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מספר גיבור ומה המשמעות של נקודת מבט סובייקטיבית?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לרמז מטרים ולמפנה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הסמל שמחבר בין החבר לאמו,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ספרותיים בסיפור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